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8050"/>
        <w:gridCol w:w="1361"/>
      </w:tblGrid>
      <w:tr w:rsidR="002101DB" w:rsidRPr="00E73195" w14:paraId="32D1AFA5" w14:textId="77777777">
        <w:trPr>
          <w:jc w:val="center"/>
        </w:trPr>
        <w:tc>
          <w:tcPr>
            <w:tcW w:w="1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B9C5" w14:textId="77777777" w:rsidR="002101DB" w:rsidRPr="00E73195" w:rsidRDefault="005846B3">
            <w:pPr>
              <w:jc w:val="center"/>
              <w:rPr>
                <w:lang w:val="pl-PL"/>
              </w:rPr>
            </w:pPr>
            <w:r w:rsidRPr="00E73195">
              <w:rPr>
                <w:noProof/>
                <w:lang w:val="pl-PL" w:eastAsia="pl-PL"/>
              </w:rPr>
              <w:drawing>
                <wp:inline distT="0" distB="0" distL="0" distR="0" wp14:anchorId="3DF08144" wp14:editId="4E9BD3E9">
                  <wp:extent cx="790575" cy="790575"/>
                  <wp:effectExtent l="0" t="0" r="9525" b="9525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LOGO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6" cy="790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5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60EE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b/>
                <w:sz w:val="23"/>
                <w:lang w:val="pl-PL"/>
              </w:rPr>
              <w:t>10. Rajdowe Kryterium Ustronia</w:t>
            </w:r>
            <w:r w:rsidRPr="00E73195">
              <w:rPr>
                <w:rFonts w:eastAsia="Arial"/>
                <w:b/>
                <w:sz w:val="23"/>
                <w:lang w:val="pl-PL"/>
              </w:rPr>
              <w:br/>
            </w:r>
            <w:r w:rsidRPr="00E73195">
              <w:rPr>
                <w:rFonts w:eastAsia="Arial"/>
                <w:b/>
                <w:sz w:val="19"/>
                <w:lang w:val="pl-PL"/>
              </w:rPr>
              <w:t>o Puchar Kajetana Kajetanowicza 2026</w:t>
            </w:r>
            <w:r w:rsidRPr="00E73195">
              <w:rPr>
                <w:rFonts w:eastAsia="Arial"/>
                <w:b/>
                <w:sz w:val="19"/>
                <w:lang w:val="pl-PL"/>
              </w:rPr>
              <w:br/>
            </w:r>
            <w:r w:rsidRPr="00E73195">
              <w:rPr>
                <w:rFonts w:eastAsia="Arial"/>
                <w:b/>
                <w:sz w:val="21"/>
                <w:lang w:val="pl-PL"/>
              </w:rPr>
              <w:t>12.09.2026.</w:t>
            </w:r>
          </w:p>
        </w:tc>
        <w:tc>
          <w:tcPr>
            <w:tcW w:w="136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644E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noProof/>
                <w:lang w:val="pl-PL" w:eastAsia="pl-PL"/>
              </w:rPr>
              <w:drawing>
                <wp:inline distT="0" distB="0" distL="0" distR="0" wp14:anchorId="4B1D730D" wp14:editId="43D398A8">
                  <wp:extent cx="792000" cy="7870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ref521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2000" cy="787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C2655" w14:textId="77777777" w:rsidR="002101DB" w:rsidRPr="00E73195" w:rsidRDefault="00827D8D">
      <w:pPr>
        <w:jc w:val="center"/>
        <w:rPr>
          <w:lang w:val="pl-PL"/>
        </w:rPr>
      </w:pPr>
      <w:r w:rsidRPr="00E73195">
        <w:rPr>
          <w:rFonts w:eastAsia="Arial"/>
          <w:b/>
          <w:sz w:val="28"/>
          <w:lang w:val="pl-PL"/>
        </w:rPr>
        <w:t>ZGŁOSZENIE INDYWIDUALNE</w:t>
      </w:r>
    </w:p>
    <w:tbl>
      <w:tblPr>
        <w:tblW w:w="0" w:type="auto"/>
        <w:jc w:val="center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2681"/>
        <w:gridCol w:w="1344"/>
        <w:gridCol w:w="1337"/>
        <w:gridCol w:w="2688"/>
      </w:tblGrid>
      <w:tr w:rsidR="002101DB" w:rsidRPr="00E73195" w14:paraId="585563C4" w14:textId="77777777">
        <w:trPr>
          <w:cantSplit/>
          <w:trHeight w:hRule="exact" w:val="45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167591A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4D22C91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20"/>
                <w:lang w:val="pl-PL"/>
              </w:rPr>
              <w:t>KIEROWCA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E045C4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20"/>
                <w:lang w:val="pl-PL"/>
              </w:rPr>
              <w:t>PILOT</w:t>
            </w:r>
          </w:p>
        </w:tc>
      </w:tr>
      <w:tr w:rsidR="002101DB" w:rsidRPr="00E73195" w14:paraId="51028591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EE12AB8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Nazwisko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F30D0D9" w14:textId="545613EA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EC90647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4A53C82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8CAF938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Imię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DC7C89D" w14:textId="76F18BA3" w:rsidR="002101DB" w:rsidRPr="00E73195" w:rsidRDefault="002101DB" w:rsidP="00E73195">
            <w:pPr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467FEC3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128643E2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20F0D82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Ulica nr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6861C9A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2041AD6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634D18C6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3E6FB29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Kod Pocztowy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F3E275E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E7901F6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62D67279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FBC5F0A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Miasto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896C6D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B562500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A20F36D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7F2875D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Państwo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E3FDAD9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2BB6510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4BAB18C4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D27638E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Data Urodzenia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B2318F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C80FE5E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6EEF336" w14:textId="77777777">
        <w:trPr>
          <w:cantSplit/>
          <w:trHeight w:hRule="exact" w:val="544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DE1EF04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Obywatelstwo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F9B6828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7F7C289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0D1A5E4B" w14:textId="77777777">
        <w:trPr>
          <w:cantSplit/>
          <w:trHeight w:hRule="exact" w:val="1587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7F5389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Adres do</w:t>
            </w:r>
            <w:r w:rsidRPr="00E73195">
              <w:rPr>
                <w:rFonts w:eastAsia="Arial"/>
                <w:lang w:val="pl-PL"/>
              </w:rPr>
              <w:br/>
              <w:t>Korespondencji</w:t>
            </w:r>
          </w:p>
        </w:tc>
        <w:tc>
          <w:tcPr>
            <w:tcW w:w="4025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558971EB" w14:textId="77777777" w:rsidR="002101DB" w:rsidRPr="00E73195" w:rsidRDefault="002101DB">
            <w:pPr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30" w:type="dxa"/>
              <w:left w:w="40" w:type="dxa"/>
              <w:bottom w:w="30" w:type="dxa"/>
              <w:right w:w="40" w:type="dxa"/>
            </w:tcMar>
          </w:tcPr>
          <w:p w14:paraId="14E41585" w14:textId="77777777" w:rsidR="002101DB" w:rsidRPr="00E73195" w:rsidRDefault="002101DB">
            <w:pPr>
              <w:rPr>
                <w:lang w:val="pl-PL"/>
              </w:rPr>
            </w:pPr>
          </w:p>
        </w:tc>
      </w:tr>
      <w:tr w:rsidR="002101DB" w:rsidRPr="00E73195" w14:paraId="2B1943DA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7A027F5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Telefon Kontaktowy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629AB2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7971BFA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0EAA94E7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34CC99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E-mail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3DEF6C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BAD33D8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1E771C58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11F1492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Przynależność Klubowa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064F6C9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C5C5D61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6EEAAB89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A872818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Stopień i Nr Licencji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E1A0F8B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8D2ED6A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66EDDB75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BC3912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Wydana Przez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8A4F5C3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B751D3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C322636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E08FE9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Nr Prawa Jazdy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A1C57C0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C5F399E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CFCB104" w14:textId="77777777">
        <w:trPr>
          <w:cantSplit/>
          <w:trHeight w:hRule="exact" w:val="510"/>
          <w:jc w:val="center"/>
        </w:trPr>
        <w:tc>
          <w:tcPr>
            <w:tcW w:w="272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AF0A7D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Kraj Wydania</w:t>
            </w: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D6445EA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4025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ADAF52E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5B88CCCA" w14:textId="77777777" w:rsidTr="0071160D">
        <w:trPr>
          <w:cantSplit/>
          <w:trHeight w:hRule="exact" w:val="386"/>
          <w:jc w:val="center"/>
        </w:trPr>
        <w:tc>
          <w:tcPr>
            <w:tcW w:w="10771" w:type="dxa"/>
            <w:gridSpan w:val="5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51FAEF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b/>
                <w:sz w:val="26"/>
                <w:lang w:val="pl-PL"/>
              </w:rPr>
              <w:t>KONTAKT I.C.E</w:t>
            </w:r>
          </w:p>
        </w:tc>
      </w:tr>
      <w:tr w:rsidR="002101DB" w:rsidRPr="00E73195" w14:paraId="0A0B1322" w14:textId="77777777" w:rsidTr="0071160D">
        <w:trPr>
          <w:cantSplit/>
          <w:trHeight w:hRule="exact" w:val="369"/>
          <w:jc w:val="center"/>
        </w:trPr>
        <w:tc>
          <w:tcPr>
            <w:tcW w:w="2721" w:type="dxa"/>
            <w:vMerge w:val="restar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A255A18" w14:textId="085FEDDF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 xml:space="preserve">W </w:t>
            </w:r>
            <w:r w:rsidR="00E73195">
              <w:rPr>
                <w:rFonts w:eastAsia="Arial"/>
                <w:sz w:val="17"/>
                <w:lang w:val="pl-PL"/>
              </w:rPr>
              <w:t>n</w:t>
            </w:r>
            <w:r w:rsidRPr="00E73195">
              <w:rPr>
                <w:rFonts w:eastAsia="Arial"/>
                <w:sz w:val="17"/>
                <w:lang w:val="pl-PL"/>
              </w:rPr>
              <w:t xml:space="preserve">agłym </w:t>
            </w:r>
            <w:r w:rsidR="00E73195">
              <w:rPr>
                <w:rFonts w:eastAsia="Arial"/>
                <w:sz w:val="17"/>
                <w:lang w:val="pl-PL"/>
              </w:rPr>
              <w:t>w</w:t>
            </w:r>
            <w:r w:rsidRPr="00E73195">
              <w:rPr>
                <w:rFonts w:eastAsia="Arial"/>
                <w:sz w:val="17"/>
                <w:lang w:val="pl-PL"/>
              </w:rPr>
              <w:t>ypadku</w:t>
            </w:r>
            <w:r w:rsidRPr="00E73195">
              <w:rPr>
                <w:rFonts w:eastAsia="Arial"/>
                <w:sz w:val="17"/>
                <w:lang w:val="pl-PL"/>
              </w:rPr>
              <w:br/>
            </w:r>
            <w:r w:rsidR="00E73195">
              <w:rPr>
                <w:rFonts w:eastAsia="Arial"/>
                <w:sz w:val="17"/>
                <w:lang w:val="pl-PL"/>
              </w:rPr>
              <w:t>p</w:t>
            </w:r>
            <w:r w:rsidRPr="00E73195">
              <w:rPr>
                <w:rFonts w:eastAsia="Arial"/>
                <w:sz w:val="17"/>
                <w:lang w:val="pl-PL"/>
              </w:rPr>
              <w:t xml:space="preserve">roszę </w:t>
            </w:r>
            <w:r w:rsidR="00E73195">
              <w:rPr>
                <w:rFonts w:eastAsia="Arial"/>
                <w:sz w:val="17"/>
                <w:lang w:val="pl-PL"/>
              </w:rPr>
              <w:t>p</w:t>
            </w:r>
            <w:r w:rsidRPr="00E73195">
              <w:rPr>
                <w:rFonts w:eastAsia="Arial"/>
                <w:sz w:val="17"/>
                <w:lang w:val="pl-PL"/>
              </w:rPr>
              <w:t>oinformować:</w:t>
            </w:r>
          </w:p>
        </w:tc>
        <w:tc>
          <w:tcPr>
            <w:tcW w:w="268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5FE1618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Nazwisko</w:t>
            </w:r>
          </w:p>
        </w:tc>
        <w:tc>
          <w:tcPr>
            <w:tcW w:w="2681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FA28C95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Imię</w:t>
            </w:r>
          </w:p>
        </w:tc>
        <w:tc>
          <w:tcPr>
            <w:tcW w:w="2688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9F7FF55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Telefon</w:t>
            </w:r>
          </w:p>
        </w:tc>
      </w:tr>
      <w:tr w:rsidR="002101DB" w:rsidRPr="00E73195" w14:paraId="357AEB88" w14:textId="77777777" w:rsidTr="0071160D">
        <w:trPr>
          <w:cantSplit/>
          <w:trHeight w:hRule="exact" w:val="652"/>
          <w:jc w:val="center"/>
        </w:trPr>
        <w:tc>
          <w:tcPr>
            <w:tcW w:w="2721" w:type="dxa"/>
            <w:vMerge/>
          </w:tcPr>
          <w:p w14:paraId="65E9BC1E" w14:textId="77777777" w:rsidR="002101DB" w:rsidRPr="00E73195" w:rsidRDefault="002101DB">
            <w:pPr>
              <w:rPr>
                <w:lang w:val="pl-PL"/>
              </w:rPr>
            </w:pPr>
          </w:p>
        </w:tc>
        <w:tc>
          <w:tcPr>
            <w:tcW w:w="2681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2E2B0A6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81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D9FC3C5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88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52632E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</w:tbl>
    <w:p w14:paraId="47AA9BAB" w14:textId="77777777" w:rsidR="002101DB" w:rsidRPr="00E73195" w:rsidRDefault="00827D8D">
      <w:pPr>
        <w:rPr>
          <w:lang w:val="pl-PL"/>
        </w:rPr>
      </w:pPr>
      <w:r w:rsidRPr="00E73195">
        <w:rPr>
          <w:lang w:val="pl-PL"/>
        </w:rPr>
        <w:br w:type="page"/>
      </w:r>
    </w:p>
    <w:tbl>
      <w:tblPr>
        <w:tblW w:w="0" w:type="auto"/>
        <w:jc w:val="center"/>
        <w:tblBorders>
          <w:top w:val="single" w:sz="6" w:space="0" w:color="404040"/>
          <w:left w:val="single" w:sz="6" w:space="0" w:color="404040"/>
          <w:bottom w:val="single" w:sz="6" w:space="0" w:color="404040"/>
          <w:right w:val="single" w:sz="6" w:space="0" w:color="404040"/>
          <w:insideH w:val="single" w:sz="6" w:space="0" w:color="404040"/>
          <w:insideV w:val="single" w:sz="6" w:space="0" w:color="404040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896"/>
        <w:gridCol w:w="1796"/>
        <w:gridCol w:w="1792"/>
        <w:gridCol w:w="900"/>
        <w:gridCol w:w="2695"/>
      </w:tblGrid>
      <w:tr w:rsidR="002101DB" w:rsidRPr="00E73195" w14:paraId="0DE30744" w14:textId="77777777">
        <w:trPr>
          <w:cantSplit/>
          <w:trHeight w:hRule="exact" w:val="408"/>
          <w:jc w:val="center"/>
        </w:trPr>
        <w:tc>
          <w:tcPr>
            <w:tcW w:w="10770" w:type="dxa"/>
            <w:gridSpan w:val="6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722D219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b/>
                <w:sz w:val="27"/>
                <w:lang w:val="pl-PL"/>
              </w:rPr>
              <w:lastRenderedPageBreak/>
              <w:t>MECHANIK</w:t>
            </w:r>
          </w:p>
        </w:tc>
      </w:tr>
      <w:tr w:rsidR="002101DB" w:rsidRPr="00E73195" w14:paraId="42148B55" w14:textId="77777777">
        <w:trPr>
          <w:cantSplit/>
          <w:trHeight w:hRule="exact" w:val="312"/>
          <w:jc w:val="center"/>
        </w:trPr>
        <w:tc>
          <w:tcPr>
            <w:tcW w:w="3588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99A6AAF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Nazwisko</w:t>
            </w:r>
          </w:p>
        </w:tc>
        <w:tc>
          <w:tcPr>
            <w:tcW w:w="3588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3FB9125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Imię</w:t>
            </w:r>
          </w:p>
        </w:tc>
        <w:tc>
          <w:tcPr>
            <w:tcW w:w="3594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4FBFC8D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Telefon</w:t>
            </w:r>
          </w:p>
        </w:tc>
      </w:tr>
      <w:tr w:rsidR="002101DB" w:rsidRPr="00E73195" w14:paraId="393DF6CC" w14:textId="77777777">
        <w:trPr>
          <w:cantSplit/>
          <w:trHeight w:hRule="exact" w:val="624"/>
          <w:jc w:val="center"/>
        </w:trPr>
        <w:tc>
          <w:tcPr>
            <w:tcW w:w="3588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9321B1D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3588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246FC35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3594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8463A78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23F559C8" w14:textId="77777777">
        <w:trPr>
          <w:cantSplit/>
          <w:trHeight w:hRule="exact" w:val="408"/>
          <w:jc w:val="center"/>
        </w:trPr>
        <w:tc>
          <w:tcPr>
            <w:tcW w:w="10768" w:type="dxa"/>
            <w:gridSpan w:val="6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931BB91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b/>
                <w:sz w:val="27"/>
                <w:lang w:val="pl-PL"/>
              </w:rPr>
              <w:t>SZCZEGÓŁY DOTYCZĄCE SAMOCHODU</w:t>
            </w:r>
          </w:p>
        </w:tc>
      </w:tr>
      <w:tr w:rsidR="002101DB" w:rsidRPr="00E73195" w14:paraId="55741352" w14:textId="77777777">
        <w:trPr>
          <w:cantSplit/>
          <w:trHeight w:hRule="exact" w:val="499"/>
          <w:jc w:val="center"/>
        </w:trPr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68218AA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Marka</w:t>
            </w: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7F8DE6B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1796C3D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Nr Rejestracyjny</w:t>
            </w:r>
          </w:p>
        </w:tc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A3A30EE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4FD3DF8E" w14:textId="77777777">
        <w:trPr>
          <w:cantSplit/>
          <w:trHeight w:hRule="exact" w:val="499"/>
          <w:jc w:val="center"/>
        </w:trPr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1160A1A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Typ</w:t>
            </w: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58E7511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52DDD0C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Nr Podwozia</w:t>
            </w:r>
          </w:p>
        </w:tc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B860754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77D985F5" w14:textId="77777777">
        <w:trPr>
          <w:cantSplit/>
          <w:trHeight w:hRule="exact" w:val="499"/>
          <w:jc w:val="center"/>
        </w:trPr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E3433B7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Rok Produkcji</w:t>
            </w: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3B0A0E4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A190127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Pojemność Skokowa</w:t>
            </w:r>
          </w:p>
        </w:tc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C4E0319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42A9D12E" w14:textId="77777777">
        <w:trPr>
          <w:cantSplit/>
          <w:trHeight w:hRule="exact" w:val="499"/>
          <w:jc w:val="center"/>
        </w:trPr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EF50AD4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Nr homologacji (ew)</w:t>
            </w: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9AD468D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778597B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Turbo</w:t>
            </w:r>
          </w:p>
        </w:tc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F0D7761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11212A17" w14:textId="77777777">
        <w:trPr>
          <w:cantSplit/>
          <w:trHeight w:hRule="exact" w:val="499"/>
          <w:jc w:val="center"/>
        </w:trPr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7CA9ED1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Kraj Rejestracji</w:t>
            </w: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33B67E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  <w:tc>
          <w:tcPr>
            <w:tcW w:w="2692" w:type="dxa"/>
            <w:gridSpan w:val="2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90D062C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Dominujący Kolor</w:t>
            </w:r>
          </w:p>
        </w:tc>
        <w:tc>
          <w:tcPr>
            <w:tcW w:w="2692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3B27AE3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001C1C4C" w14:textId="77777777">
        <w:trPr>
          <w:cantSplit/>
          <w:trHeight w:hRule="exact" w:val="499"/>
          <w:jc w:val="center"/>
        </w:trPr>
        <w:tc>
          <w:tcPr>
            <w:tcW w:w="5384" w:type="dxa"/>
            <w:gridSpan w:val="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0585CBE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6"/>
                <w:lang w:val="pl-PL"/>
              </w:rPr>
              <w:t>Nr Książki Pojazdu (jeżeli dotyczy)</w:t>
            </w:r>
          </w:p>
        </w:tc>
        <w:tc>
          <w:tcPr>
            <w:tcW w:w="5384" w:type="dxa"/>
            <w:gridSpan w:val="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8EABB32" w14:textId="77777777" w:rsidR="002101DB" w:rsidRPr="00E73195" w:rsidRDefault="002101DB">
            <w:pPr>
              <w:jc w:val="center"/>
              <w:rPr>
                <w:lang w:val="pl-PL"/>
              </w:rPr>
            </w:pPr>
          </w:p>
        </w:tc>
      </w:tr>
      <w:tr w:rsidR="002101DB" w:rsidRPr="00E73195" w14:paraId="426B43FC" w14:textId="77777777">
        <w:trPr>
          <w:cantSplit/>
          <w:trHeight w:hRule="exact" w:val="510"/>
          <w:jc w:val="center"/>
        </w:trPr>
        <w:tc>
          <w:tcPr>
            <w:tcW w:w="10768" w:type="dxa"/>
            <w:gridSpan w:val="6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1764CC0" w14:textId="77777777" w:rsidR="002101DB" w:rsidRPr="00E73195" w:rsidRDefault="00827D8D">
            <w:pPr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Wpisowe</w:t>
            </w:r>
          </w:p>
        </w:tc>
      </w:tr>
      <w:tr w:rsidR="002101DB" w:rsidRPr="00E73195" w14:paraId="50A40C5B" w14:textId="77777777">
        <w:trPr>
          <w:trHeight w:hRule="exact" w:val="669"/>
          <w:jc w:val="center"/>
        </w:trPr>
        <w:tc>
          <w:tcPr>
            <w:tcW w:w="10771" w:type="dxa"/>
            <w:gridSpan w:val="6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81BE16E" w14:textId="77777777" w:rsidR="002101DB" w:rsidRPr="00E73195" w:rsidRDefault="00827D8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7"/>
                <w:lang w:val="pl-PL"/>
              </w:rPr>
              <w:t>Aby zgłoszenie było ważne i przyjęte przez organizatora należy w pełni dostosować</w:t>
            </w:r>
            <w:r w:rsidRPr="00E73195">
              <w:rPr>
                <w:rFonts w:eastAsia="Arial"/>
                <w:sz w:val="17"/>
                <w:lang w:val="pl-PL"/>
              </w:rPr>
              <w:br/>
              <w:t>się Regulaminu Uzupełniającego art.: 3.1; 3.3.1; 3.7.1</w:t>
            </w:r>
          </w:p>
        </w:tc>
      </w:tr>
    </w:tbl>
    <w:p w14:paraId="407ADF44" w14:textId="77777777" w:rsidR="0071160D" w:rsidRPr="00E73195" w:rsidRDefault="0071160D">
      <w:pPr>
        <w:spacing w:before="20"/>
        <w:rPr>
          <w:rFonts w:eastAsia="Arial"/>
          <w:sz w:val="14"/>
          <w:lang w:val="pl-PL"/>
        </w:rPr>
      </w:pPr>
    </w:p>
    <w:p w14:paraId="44D4163C" w14:textId="77777777" w:rsidR="002101DB" w:rsidRPr="00E73195" w:rsidRDefault="00827D8D">
      <w:pPr>
        <w:spacing w:before="20"/>
        <w:rPr>
          <w:rFonts w:eastAsia="Arial"/>
          <w:sz w:val="14"/>
          <w:lang w:val="pl-PL"/>
        </w:rPr>
      </w:pPr>
      <w:r w:rsidRPr="00E73195">
        <w:rPr>
          <w:rFonts w:eastAsia="Arial"/>
          <w:sz w:val="14"/>
          <w:lang w:val="pl-PL"/>
        </w:rPr>
        <w:t xml:space="preserve">Oświadczam, iż znane mi są ryzyko i niebezpieczeństwa związane z zawodami/imprezami sportu motorowego i w razie wypadku lub innych podobnych okoliczności wynikających z udziału w tych zawodach/imprezie akceptuję pełną odpowiedzialność z tego tytułu, a także, nie będę występować względem FIA, PZM, Osób Oficjalnych, Organizatora oraz innych zawodników/załóg z roszczeniami wynikającymi z powyższych zdarzeń. </w:t>
      </w:r>
    </w:p>
    <w:p w14:paraId="1765D02B" w14:textId="77777777" w:rsidR="005846B3" w:rsidRPr="00E73195" w:rsidRDefault="005846B3">
      <w:pPr>
        <w:spacing w:before="20"/>
        <w:rPr>
          <w:rFonts w:eastAsia="Arial"/>
          <w:sz w:val="14"/>
          <w:lang w:val="pl-PL"/>
        </w:rPr>
      </w:pPr>
    </w:p>
    <w:p w14:paraId="37EFC954" w14:textId="77777777" w:rsidR="002101DB" w:rsidRPr="00E73195" w:rsidRDefault="00827D8D">
      <w:pPr>
        <w:spacing w:before="20"/>
        <w:rPr>
          <w:lang w:val="pl-PL"/>
        </w:rPr>
      </w:pPr>
      <w:r w:rsidRPr="00E73195">
        <w:rPr>
          <w:rFonts w:eastAsia="Arial"/>
          <w:sz w:val="14"/>
          <w:lang w:val="pl-PL"/>
        </w:rPr>
        <w:t xml:space="preserve">Deklaruję także pełną znajomość przepisów FIA i regulaminów sportowych PZM, jak i przepisów antydopingowych dotyczących zakazu stosowania substancji i metod zabronionych oraz gwarantuję podporządkowanie się wszystkim tym postanowieniom bez wyjątku. </w:t>
      </w:r>
    </w:p>
    <w:p w14:paraId="050B6ED7" w14:textId="77777777" w:rsidR="005846B3" w:rsidRPr="00E73195" w:rsidRDefault="005846B3">
      <w:pPr>
        <w:spacing w:before="20"/>
        <w:rPr>
          <w:rFonts w:eastAsia="Arial"/>
          <w:sz w:val="14"/>
          <w:lang w:val="pl-PL"/>
        </w:rPr>
      </w:pPr>
    </w:p>
    <w:p w14:paraId="22A7E0FC" w14:textId="77777777" w:rsidR="002101DB" w:rsidRPr="00E73195" w:rsidRDefault="00827D8D">
      <w:pPr>
        <w:spacing w:before="20"/>
        <w:rPr>
          <w:lang w:val="pl-PL"/>
        </w:rPr>
      </w:pPr>
      <w:r w:rsidRPr="00E73195">
        <w:rPr>
          <w:rFonts w:eastAsia="Arial"/>
          <w:sz w:val="14"/>
          <w:lang w:val="pl-PL"/>
        </w:rPr>
        <w:t xml:space="preserve">Oświadczam, iż wszystkie dane zamieszczone w powyższym formularzu (w szczególności dane osobowe, numery stosownych dokumentów) są zgodne ze stanem faktycznym. Moim podpisem poświadczam, że informacje zawarte w zgłoszeniu są prawdziwe. </w:t>
      </w:r>
    </w:p>
    <w:p w14:paraId="1D6EE3D6" w14:textId="77777777" w:rsidR="005846B3" w:rsidRPr="00E73195" w:rsidRDefault="005846B3">
      <w:pPr>
        <w:spacing w:before="20"/>
        <w:rPr>
          <w:rFonts w:eastAsia="Arial"/>
          <w:sz w:val="14"/>
          <w:lang w:val="pl-PL"/>
        </w:rPr>
      </w:pPr>
    </w:p>
    <w:p w14:paraId="42275CBD" w14:textId="77777777" w:rsidR="002101DB" w:rsidRPr="00E73195" w:rsidRDefault="00827D8D">
      <w:pPr>
        <w:spacing w:before="20"/>
        <w:rPr>
          <w:lang w:val="pl-PL"/>
        </w:rPr>
      </w:pPr>
      <w:r w:rsidRPr="00E73195">
        <w:rPr>
          <w:rFonts w:eastAsia="Arial"/>
          <w:sz w:val="14"/>
          <w:lang w:val="pl-PL"/>
        </w:rPr>
        <w:t>Klauzula informacyjna dot. przetwarzania danych osobowych.</w:t>
      </w:r>
      <w:r w:rsidRPr="00E73195">
        <w:rPr>
          <w:rFonts w:eastAsia="Arial"/>
          <w:sz w:val="14"/>
          <w:lang w:val="pl-PL"/>
        </w:rPr>
        <w:br/>
        <w:t xml:space="preserve">W związku z koniecznością przetwarzania danych osobowych informujemy, że: </w:t>
      </w:r>
    </w:p>
    <w:p w14:paraId="7B1D89E3" w14:textId="77777777" w:rsidR="002101DB" w:rsidRPr="00E73195" w:rsidRDefault="00827D8D">
      <w:pPr>
        <w:spacing w:line="216" w:lineRule="auto"/>
        <w:rPr>
          <w:lang w:val="pl-PL"/>
        </w:rPr>
      </w:pPr>
      <w:r w:rsidRPr="00E73195">
        <w:rPr>
          <w:rFonts w:eastAsia="Arial"/>
          <w:sz w:val="13"/>
          <w:lang w:val="pl-PL"/>
        </w:rPr>
        <w:t>1.   Administratorem danych osobowych (ADO), podanych w formularzu zgłoszenia, jest Organizator zawodów Automobilklub Śląski, Łabędzia 6, 40-521, Katowice.</w:t>
      </w:r>
    </w:p>
    <w:p w14:paraId="373FB164" w14:textId="77777777" w:rsidR="002101DB" w:rsidRPr="00E73195" w:rsidRDefault="00827D8D">
      <w:pPr>
        <w:spacing w:line="216" w:lineRule="auto"/>
        <w:rPr>
          <w:lang w:val="pl-PL"/>
        </w:rPr>
      </w:pPr>
      <w:r w:rsidRPr="00E73195">
        <w:rPr>
          <w:rFonts w:eastAsia="Arial"/>
          <w:sz w:val="13"/>
          <w:lang w:val="pl-PL"/>
        </w:rPr>
        <w:t>2.   Podanie danych jest niezbędne do przyjęcia zgłoszenia i udziału w ww. zawodach/imprezie, a ich niepodanie to uniemożliwi.</w:t>
      </w:r>
    </w:p>
    <w:p w14:paraId="218520C6" w14:textId="77777777" w:rsidR="002101DB" w:rsidRPr="00E73195" w:rsidRDefault="00827D8D">
      <w:pPr>
        <w:spacing w:line="216" w:lineRule="auto"/>
        <w:rPr>
          <w:lang w:val="pl-PL"/>
        </w:rPr>
      </w:pPr>
      <w:r w:rsidRPr="00E73195">
        <w:rPr>
          <w:rFonts w:eastAsia="Arial"/>
          <w:sz w:val="13"/>
          <w:lang w:val="pl-PL"/>
        </w:rPr>
        <w:t>3.   Dane osobowe będą przetwarzane w celu:</w:t>
      </w:r>
    </w:p>
    <w:p w14:paraId="0B46FE6F" w14:textId="77777777" w:rsidR="002101DB" w:rsidRPr="00E73195" w:rsidRDefault="00827D8D">
      <w:pPr>
        <w:spacing w:line="206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Uczestnictwa w zawodach/imprezie, w tym klasyfikowania w wynikach zawodów/imprezy a następnie w klasyfikacji rocznej danego cyklu;</w:t>
      </w:r>
    </w:p>
    <w:p w14:paraId="3D9BAC23" w14:textId="77777777" w:rsidR="002101DB" w:rsidRPr="00E73195" w:rsidRDefault="00827D8D">
      <w:pPr>
        <w:spacing w:line="206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Oceny zdolności do udziału w danych zawodach, na podstawie zaświadczenia lekarskiego;</w:t>
      </w:r>
    </w:p>
    <w:p w14:paraId="18277CF4" w14:textId="77777777" w:rsidR="002101DB" w:rsidRPr="00E73195" w:rsidRDefault="00827D8D">
      <w:pPr>
        <w:spacing w:line="206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Potwierdzania przynależności klubowej;</w:t>
      </w:r>
    </w:p>
    <w:p w14:paraId="3DF165FF" w14:textId="77777777" w:rsidR="002101DB" w:rsidRPr="00E73195" w:rsidRDefault="00827D8D">
      <w:pPr>
        <w:spacing w:line="206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Promowanie zawodów/imprezy m.in. poprzez publikację zdjęć, np. z uczestnictwa w zawodach/imprezie, z rozdania nagród, itp.;</w:t>
      </w:r>
    </w:p>
    <w:p w14:paraId="70E2BACE" w14:textId="77777777" w:rsidR="002101DB" w:rsidRPr="00E73195" w:rsidRDefault="00827D8D">
      <w:pPr>
        <w:spacing w:line="206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podlegania ew. odpowiedzialności dyscyplinarnej.</w:t>
      </w:r>
    </w:p>
    <w:p w14:paraId="45256281" w14:textId="77777777" w:rsidR="002101DB" w:rsidRPr="00E73195" w:rsidRDefault="00827D8D">
      <w:pPr>
        <w:spacing w:line="206" w:lineRule="auto"/>
        <w:rPr>
          <w:lang w:val="pl-PL"/>
        </w:rPr>
      </w:pPr>
      <w:r w:rsidRPr="00E73195">
        <w:rPr>
          <w:rFonts w:eastAsia="Arial"/>
          <w:sz w:val="12"/>
          <w:lang w:val="pl-PL"/>
        </w:rPr>
        <w:t>4.   Podstawą prawną przetwarzania danych osobowych jest art. 6 ust. 1 lit. b RODO, tj. przetwarzanie niezbędne do wykonania umowy, (którą stanowi zgłoszenie) i podjęcia działań na wniosek osoby, której dane dotyczą, związanych z przyjęciem zgłoszenia i możliwością udziału w danym sporcie motorowym, jak również art. 6 ust. 1 lit. f RODO, tj. prawnie uzasadniony interes realizowany przez administratora lub stronę trzecią, jakim jest promowanie zawodów/imprezy.</w:t>
      </w:r>
    </w:p>
    <w:p w14:paraId="4640B778" w14:textId="77777777" w:rsidR="002101DB" w:rsidRPr="00E73195" w:rsidRDefault="00827D8D">
      <w:pPr>
        <w:spacing w:line="206" w:lineRule="auto"/>
        <w:rPr>
          <w:lang w:val="pl-PL"/>
        </w:rPr>
      </w:pPr>
      <w:r w:rsidRPr="00E73195">
        <w:rPr>
          <w:rFonts w:eastAsia="Arial"/>
          <w:sz w:val="13"/>
          <w:lang w:val="pl-PL"/>
        </w:rPr>
        <w:t>5.   Odbiorcą danych osobowych będą np.:</w:t>
      </w:r>
    </w:p>
    <w:p w14:paraId="3BCB50CF" w14:textId="77777777" w:rsidR="002101DB" w:rsidRPr="00E73195" w:rsidRDefault="00827D8D">
      <w:pPr>
        <w:spacing w:line="202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Międzynarodowe Federacje Sportowe, gdy ma to zastosowanie;</w:t>
      </w:r>
    </w:p>
    <w:p w14:paraId="01E7E35B" w14:textId="77777777" w:rsidR="002101DB" w:rsidRPr="00E73195" w:rsidRDefault="00827D8D">
      <w:pPr>
        <w:spacing w:line="202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Narodowe Federacje Sportowe, w przypadku rozgrywania zawodów/imprezy leżących w ich jurysdykcji;</w:t>
      </w:r>
    </w:p>
    <w:p w14:paraId="3809B87B" w14:textId="77777777" w:rsidR="002101DB" w:rsidRPr="00E73195" w:rsidRDefault="00827D8D">
      <w:pPr>
        <w:spacing w:line="202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Media, użytkownicy stron internetowych, w związku z publikacją wyników, informacji prasowych, zdjęć z zawodów/imprezy;</w:t>
      </w:r>
    </w:p>
    <w:p w14:paraId="67F716C8" w14:textId="77777777" w:rsidR="002101DB" w:rsidRPr="00E73195" w:rsidRDefault="00827D8D">
      <w:pPr>
        <w:spacing w:line="202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Firmy ubezpieczeniowe, gdy ma to zastosowanie;</w:t>
      </w:r>
    </w:p>
    <w:p w14:paraId="0D31EE2C" w14:textId="77777777" w:rsidR="002101DB" w:rsidRPr="00E73195" w:rsidRDefault="00827D8D">
      <w:pPr>
        <w:spacing w:line="202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Firmy pocztowe i kurierskie, zapewniające wymianę korespondencji.</w:t>
      </w:r>
    </w:p>
    <w:p w14:paraId="4F8AB698" w14:textId="77777777" w:rsidR="002101DB" w:rsidRPr="00E73195" w:rsidRDefault="00827D8D">
      <w:pPr>
        <w:spacing w:line="202" w:lineRule="auto"/>
        <w:rPr>
          <w:lang w:val="pl-PL"/>
        </w:rPr>
      </w:pPr>
      <w:r w:rsidRPr="00E73195">
        <w:rPr>
          <w:rFonts w:eastAsia="Arial"/>
          <w:sz w:val="12"/>
          <w:lang w:val="pl-PL"/>
        </w:rPr>
        <w:t>6.   Dane osobowe będą przechowywane odpowiednio: Dokumenty zgłoszeniowe – 2 lata liczone od daty przyjęcia zgłoszenia; Wyniki i klasyfikacje roczne – bezterminowo; Dokumenty dot. ew. postępowania dyscyplinarnego zgodnie z procedurą regulującą to postępowanie.</w:t>
      </w:r>
    </w:p>
    <w:p w14:paraId="178BD04B" w14:textId="77777777" w:rsidR="002101DB" w:rsidRPr="00E73195" w:rsidRDefault="00827D8D">
      <w:pPr>
        <w:spacing w:line="202" w:lineRule="auto"/>
        <w:rPr>
          <w:lang w:val="pl-PL"/>
        </w:rPr>
      </w:pPr>
      <w:r w:rsidRPr="00E73195">
        <w:rPr>
          <w:rFonts w:eastAsia="Arial"/>
          <w:sz w:val="12"/>
          <w:lang w:val="pl-PL"/>
        </w:rPr>
        <w:t>7.   Prawa przysługujące osobie, której dane dotyczą to:</w:t>
      </w:r>
    </w:p>
    <w:p w14:paraId="69C29660" w14:textId="77777777" w:rsidR="002101DB" w:rsidRPr="00E73195" w:rsidRDefault="00827D8D">
      <w:pPr>
        <w:spacing w:line="197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Żądanie dostępu do danych osobowych, ich sprostowania oraz otrzymania kopii tych danych, jak również otrzymania pełnej informacji o ich przetwarzaniu;</w:t>
      </w:r>
    </w:p>
    <w:p w14:paraId="690FC580" w14:textId="77777777" w:rsidR="002101DB" w:rsidRPr="00E73195" w:rsidRDefault="00827D8D">
      <w:pPr>
        <w:spacing w:line="197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Żądanie usunięcia danych osobowych lub ograniczenia ich przetwarzania wyłącznie do ich przechowywania, a także wniesienia sprzeciwu wobec ich przetwarzania;</w:t>
      </w:r>
    </w:p>
    <w:p w14:paraId="1D18BD88" w14:textId="77777777" w:rsidR="002101DB" w:rsidRPr="00E73195" w:rsidRDefault="00827D8D">
      <w:pPr>
        <w:spacing w:line="197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Żądanie przenoszenia danych, w tym otrzymania podanych danych w postaci pliku komputerowego w powszechnie używanym formacie lub przesłania tego pliku innemu administratorowi;</w:t>
      </w:r>
    </w:p>
    <w:p w14:paraId="592BD1D0" w14:textId="77777777" w:rsidR="002101DB" w:rsidRPr="00E73195" w:rsidRDefault="00827D8D">
      <w:pPr>
        <w:spacing w:line="197" w:lineRule="auto"/>
        <w:ind w:left="397" w:hanging="170"/>
        <w:rPr>
          <w:lang w:val="pl-PL"/>
        </w:rPr>
      </w:pPr>
      <w:r w:rsidRPr="00E73195">
        <w:rPr>
          <w:rFonts w:eastAsia="Arial"/>
          <w:sz w:val="12"/>
          <w:lang w:val="pl-PL"/>
        </w:rPr>
        <w:t>◦  Wniesienie skargi do Prezesa Urzędu Ochrony Danych Osobowych, na przetwarzanie danych osobowych przez ADO.</w:t>
      </w:r>
    </w:p>
    <w:p w14:paraId="011CF660" w14:textId="77777777" w:rsidR="002101DB" w:rsidRPr="00E73195" w:rsidRDefault="00827D8D" w:rsidP="00E73195">
      <w:pPr>
        <w:spacing w:before="30" w:after="20"/>
        <w:rPr>
          <w:rFonts w:eastAsia="Arial"/>
          <w:sz w:val="12"/>
          <w:lang w:val="pl-PL"/>
        </w:rPr>
      </w:pPr>
      <w:r w:rsidRPr="00E73195">
        <w:rPr>
          <w:rFonts w:eastAsia="Arial"/>
          <w:sz w:val="12"/>
          <w:lang w:val="pl-PL"/>
        </w:rPr>
        <w:t>Wszelkie wnioski, pytania i żądania związane z przetwarzaniem można kierować do Organizatora zawodów/imprezy na adres e-mail:</w:t>
      </w:r>
      <w:r w:rsidRPr="00E73195">
        <w:rPr>
          <w:rFonts w:eastAsia="Arial"/>
          <w:sz w:val="12"/>
          <w:lang w:val="pl-PL"/>
        </w:rPr>
        <w:br/>
      </w:r>
      <w:hyperlink r:id="rId10" w:history="1">
        <w:r w:rsidR="005846B3" w:rsidRPr="00E73195">
          <w:rPr>
            <w:rStyle w:val="Hipercze"/>
            <w:rFonts w:eastAsia="Arial"/>
            <w:sz w:val="12"/>
            <w:lang w:val="pl-PL"/>
          </w:rPr>
          <w:t>office@auto-slaski.katowice.pl</w:t>
        </w:r>
      </w:hyperlink>
    </w:p>
    <w:p w14:paraId="4F24843C" w14:textId="77777777" w:rsidR="005846B3" w:rsidRPr="00E73195" w:rsidRDefault="005846B3">
      <w:pPr>
        <w:spacing w:before="30" w:after="20"/>
        <w:jc w:val="center"/>
        <w:rPr>
          <w:rFonts w:eastAsia="Arial"/>
          <w:sz w:val="12"/>
          <w:lang w:val="pl-PL"/>
        </w:rPr>
      </w:pPr>
    </w:p>
    <w:p w14:paraId="46F1D6F3" w14:textId="77777777" w:rsidR="005846B3" w:rsidRPr="00E73195" w:rsidRDefault="005846B3">
      <w:pPr>
        <w:spacing w:before="30" w:after="20"/>
        <w:jc w:val="center"/>
        <w:rPr>
          <w:rFonts w:eastAsia="Arial"/>
          <w:sz w:val="12"/>
          <w:lang w:val="pl-PL"/>
        </w:rPr>
      </w:pPr>
    </w:p>
    <w:p w14:paraId="46D015D3" w14:textId="77777777" w:rsidR="005846B3" w:rsidRPr="00E73195" w:rsidRDefault="005846B3">
      <w:pPr>
        <w:spacing w:before="30" w:after="20"/>
        <w:jc w:val="center"/>
        <w:rPr>
          <w:rFonts w:eastAsia="Arial"/>
          <w:sz w:val="12"/>
          <w:lang w:val="pl-PL"/>
        </w:rPr>
      </w:pPr>
    </w:p>
    <w:p w14:paraId="37E2088F" w14:textId="77777777" w:rsidR="005846B3" w:rsidRPr="00E73195" w:rsidRDefault="005846B3">
      <w:pPr>
        <w:spacing w:before="30" w:after="20"/>
        <w:jc w:val="center"/>
        <w:rPr>
          <w:lang w:val="pl-PL"/>
        </w:rPr>
      </w:pPr>
    </w:p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588"/>
        <w:gridCol w:w="3594"/>
      </w:tblGrid>
      <w:tr w:rsidR="0071160D" w:rsidRPr="00E73195" w14:paraId="12FD5D50" w14:textId="77777777">
        <w:trPr>
          <w:trHeight w:hRule="exact" w:val="425"/>
          <w:jc w:val="center"/>
        </w:trPr>
        <w:tc>
          <w:tcPr>
            <w:tcW w:w="3588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56F25AC" w14:textId="77777777" w:rsidR="0071160D" w:rsidRPr="00E73195" w:rsidRDefault="0071160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Podpis Kierowcy</w:t>
            </w:r>
          </w:p>
        </w:tc>
        <w:tc>
          <w:tcPr>
            <w:tcW w:w="3594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4051B84" w14:textId="77777777" w:rsidR="0071160D" w:rsidRPr="00E73195" w:rsidRDefault="0071160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lang w:val="pl-PL"/>
              </w:rPr>
              <w:t>Podpis Pilota</w:t>
            </w:r>
          </w:p>
        </w:tc>
      </w:tr>
      <w:tr w:rsidR="0071160D" w:rsidRPr="00E73195" w14:paraId="570E92D8" w14:textId="77777777">
        <w:trPr>
          <w:trHeight w:hRule="exact" w:val="454"/>
          <w:jc w:val="center"/>
        </w:trPr>
        <w:tc>
          <w:tcPr>
            <w:tcW w:w="3588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CF18F0C" w14:textId="77777777" w:rsidR="0071160D" w:rsidRPr="00E73195" w:rsidRDefault="0071160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6"/>
                <w:lang w:val="pl-PL"/>
              </w:rPr>
              <w:t>........................................</w:t>
            </w:r>
          </w:p>
        </w:tc>
        <w:tc>
          <w:tcPr>
            <w:tcW w:w="3594" w:type="dxa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A096FAF" w14:textId="77777777" w:rsidR="0071160D" w:rsidRPr="00E73195" w:rsidRDefault="0071160D">
            <w:pPr>
              <w:jc w:val="center"/>
              <w:rPr>
                <w:lang w:val="pl-PL"/>
              </w:rPr>
            </w:pPr>
            <w:r w:rsidRPr="00E73195">
              <w:rPr>
                <w:rFonts w:eastAsia="Arial"/>
                <w:sz w:val="16"/>
                <w:lang w:val="pl-PL"/>
              </w:rPr>
              <w:t>........................................</w:t>
            </w:r>
          </w:p>
        </w:tc>
      </w:tr>
    </w:tbl>
    <w:p w14:paraId="6524557D" w14:textId="77777777" w:rsidR="00827D8D" w:rsidRPr="00E73195" w:rsidRDefault="00827D8D">
      <w:pPr>
        <w:rPr>
          <w:lang w:val="pl-PL"/>
        </w:rPr>
      </w:pPr>
    </w:p>
    <w:sectPr w:rsidR="00827D8D" w:rsidRPr="00E73195" w:rsidSect="00034616">
      <w:footerReference w:type="default" r:id="rId11"/>
      <w:pgSz w:w="11906" w:h="16838"/>
      <w:pgMar w:top="510" w:right="567" w:bottom="510" w:left="567" w:header="17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A5E8" w14:textId="77777777" w:rsidR="00682484" w:rsidRDefault="00682484">
      <w:r>
        <w:separator/>
      </w:r>
    </w:p>
  </w:endnote>
  <w:endnote w:type="continuationSeparator" w:id="0">
    <w:p w14:paraId="165A7C8F" w14:textId="77777777" w:rsidR="00682484" w:rsidRDefault="00682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3052F" w14:textId="77777777" w:rsidR="002101DB" w:rsidRDefault="00827D8D">
    <w:pPr>
      <w:pStyle w:val="Stopka"/>
      <w:jc w:val="right"/>
    </w:pPr>
    <w:r>
      <w:rPr>
        <w:rFonts w:eastAsia="Arial"/>
        <w:sz w:val="14"/>
      </w:rPr>
      <w:t xml:space="preserve">strona </w:t>
    </w:r>
    <w:r>
      <w:rPr>
        <w:sz w:val="14"/>
      </w:rPr>
      <w:fldChar w:fldCharType="begin"/>
    </w:r>
    <w:r>
      <w:rPr>
        <w:sz w:val="14"/>
      </w:rPr>
      <w:instrText xml:space="preserve"> PAGE </w:instrText>
    </w:r>
    <w:r>
      <w:rPr>
        <w:sz w:val="14"/>
      </w:rPr>
      <w:fldChar w:fldCharType="separate"/>
    </w:r>
    <w:r w:rsidR="005846B3">
      <w:rPr>
        <w:noProof/>
        <w:sz w:val="14"/>
      </w:rPr>
      <w:t>2</w:t>
    </w:r>
    <w:r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9955C" w14:textId="77777777" w:rsidR="00682484" w:rsidRDefault="00682484">
      <w:r>
        <w:separator/>
      </w:r>
    </w:p>
  </w:footnote>
  <w:footnote w:type="continuationSeparator" w:id="0">
    <w:p w14:paraId="069648DD" w14:textId="77777777" w:rsidR="00682484" w:rsidRDefault="00682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73407046">
    <w:abstractNumId w:val="8"/>
  </w:num>
  <w:num w:numId="2" w16cid:durableId="1744913895">
    <w:abstractNumId w:val="6"/>
  </w:num>
  <w:num w:numId="3" w16cid:durableId="80688005">
    <w:abstractNumId w:val="5"/>
  </w:num>
  <w:num w:numId="4" w16cid:durableId="89854270">
    <w:abstractNumId w:val="4"/>
  </w:num>
  <w:num w:numId="5" w16cid:durableId="144131924">
    <w:abstractNumId w:val="7"/>
  </w:num>
  <w:num w:numId="6" w16cid:durableId="418479278">
    <w:abstractNumId w:val="3"/>
  </w:num>
  <w:num w:numId="7" w16cid:durableId="1450977884">
    <w:abstractNumId w:val="2"/>
  </w:num>
  <w:num w:numId="8" w16cid:durableId="1434591555">
    <w:abstractNumId w:val="1"/>
  </w:num>
  <w:num w:numId="9" w16cid:durableId="80493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01DB"/>
    <w:rsid w:val="0029639D"/>
    <w:rsid w:val="00326F90"/>
    <w:rsid w:val="003F1555"/>
    <w:rsid w:val="00413887"/>
    <w:rsid w:val="005846B3"/>
    <w:rsid w:val="00682484"/>
    <w:rsid w:val="0071160D"/>
    <w:rsid w:val="00827D8D"/>
    <w:rsid w:val="00AA1D8D"/>
    <w:rsid w:val="00B47730"/>
    <w:rsid w:val="00CB0664"/>
    <w:rsid w:val="00E7319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B7866B"/>
  <w14:defaultImageDpi w14:val="330"/>
  <w15:docId w15:val="{2D079C04-EF00-4DC6-A6CB-4F67D7A62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40" w:lineRule="auto"/>
    </w:pPr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71160D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160D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846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ffice@auto-slaski.katowice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FAEA238-9A98-4EFA-8451-EA675BCA8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690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10. Rajdowe Kryterium Ustronia o Puchar Kajetana Kajetanowicza 2026 - zgłoszenie indywidualne</vt:lpstr>
      <vt:lpstr/>
    </vt:vector>
  </TitlesOfParts>
  <Manager/>
  <Company/>
  <LinksUpToDate>false</LinksUpToDate>
  <CharactersWithSpaces>4822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10. Rajdowe Kryterium Ustronia o Puchar Kajetana Kajetanowicza 2026 - zgłoszenie indywidualne</dc:title>
  <dc:subject>Formularz zgłoszeniowy</dc:subject>
  <dc:creator>Automobilklub Śląski</dc:creator>
  <cp:keywords/>
  <dc:description>generated by python-docx</dc:description>
  <cp:lastModifiedBy>Marcysia Grenda</cp:lastModifiedBy>
  <cp:revision>2</cp:revision>
  <cp:lastPrinted>2026-08-12T12:35:00Z</cp:lastPrinted>
  <dcterms:created xsi:type="dcterms:W3CDTF">2026-08-12T13:36:00Z</dcterms:created>
  <dcterms:modified xsi:type="dcterms:W3CDTF">2026-08-12T13:36:00Z</dcterms:modified>
  <cp:category/>
</cp:coreProperties>
</file>